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One moment in time</w:t>
      </w:r>
    </w:p>
    <w:p/>
    <w:p>
      <w:pPr>
        <w:pStyle w:val="Heading2"/>
      </w:pPr>
      <w:r>
        <w:rPr>
          <w:sz w:val="28"/>
        </w:rPr>
        <w:t>Stimme (S / A)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Ich hab ein Ziel, | für das ich leb, | für das ich fühl, | ver-lier und geb, |  | Ich kämpf mich vor_  | und fall' zu-rück, | mal hab ich Pech, | mal hab ich Glück. | Ich zahl den Preis_  | von Blut und Schweiß, | weil ich ja weiß: Tag, | dann wachs ich ü-ber mich weit hin-aus, | Ich kann,_ nein ich will und ich will so viel mehr, | denn mir geh'n mei-ne Träu-me nicht aus. Ein-mal kommt mein gro-ßer Tag, wenn das Schick-sal sagt: Sei be-reit! |  | Steig ich zu den Ster-nen em_ por | und be-rühr, und be-rühr'_ die E-wig-keit. | Ich woll-te rühr'_ die E-wig-keit |  | Je-des Traum-ziel | ist er-reich-bar, | sag' ich will und gib al-les da-für! Sag zu dir: Ein-mal kommt mein gro-ßer Tag, dann wachs' ich ü-ber mich weit hin-aus. | Ich kann_ nein ich will und ich will so viel mehr | denn mir gehn mei-ne Träu-me nicht aus. Ein_ mal kommt mein gro-ßer Tag, wenn das Schick-sal sagt: Sei be-reit | Dann steig ich zu den Ster-nen em_ por | und be-rühr_ und be-rühr | die E-wig-keit,_ Ja_  | die E-wig-keit._  |</w:t>
      </w:r>
    </w:p>
    <w:p/>
    <w:p>
      <w:pPr>
        <w:pStyle w:val="Heading3"/>
      </w:pPr>
      <w:r>
        <w:t>2. Strophe</w:t>
      </w:r>
    </w:p>
    <w:p>
      <w:r>
        <w:rPr>
          <w:rFonts w:ascii="Arial" w:hAnsi="Arial"/>
          <w:sz w:val="22"/>
        </w:rPr>
        <w:t>nie_  | im Schat-ten stehn, | wollt' bes-ser sein, | und wei-ter gehn. | Und wenn ich |  |  |  |  |  |  |  |  |  |  |  |</w:t>
      </w:r>
    </w:p>
    <w:p/>
    <w:p>
      <w:pPr>
        <w:pStyle w:val="Heading3"/>
      </w:pPr>
      <w:r>
        <w:t>3. Strophe</w:t>
      </w:r>
    </w:p>
    <w:p>
      <w:r>
        <w:rPr>
          <w:rFonts w:ascii="Arial" w:hAnsi="Arial"/>
          <w:sz w:val="22"/>
        </w:rPr>
        <w:t>je_  | die Kraft ver-lor, | nahm ich mir vor: |  |  |  |  |  |  |  |  |  |  |</w:t>
      </w:r>
    </w:p>
    <w:p/>
    <w:p/>
    <w:p>
      <w:pPr>
        <w:pStyle w:val="Heading2"/>
      </w:pPr>
      <w:r>
        <w:rPr>
          <w:sz w:val="28"/>
        </w:rPr>
        <w:t>Stimme (Alt)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vor_  | und fall' zu-rück, | mal hab ich Pech, | mal hab ich Glück. | Ah_ Ein-mal kommt mein gro-ßer |</w:t>
      </w:r>
    </w:p>
    <w:p/>
    <w:p>
      <w:pPr>
        <w:pStyle w:val="Heading3"/>
      </w:pPr>
      <w:r>
        <w:t>2. Strophe</w:t>
      </w:r>
    </w:p>
    <w:p>
      <w:r>
        <w:rPr>
          <w:rFonts w:ascii="Arial" w:hAnsi="Arial"/>
          <w:sz w:val="22"/>
        </w:rPr>
        <w:t>nie_  | im Schat-ten stehn, | wollt' bes-ser sein, | und wei-ter gehn. |  |</w:t>
      </w:r>
    </w:p>
    <w:p/>
    <w:p/>
    <w:p>
      <w:pPr>
        <w:pStyle w:val="Heading2"/>
      </w:pPr>
      <w:r>
        <w:rPr>
          <w:sz w:val="28"/>
        </w:rPr>
        <w:t>Stimme (Bariton)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nehm je-den Schmerz, | da-für in Kauf, | mit Kopf und Herz, | ich geb nicht auf. | Oo_ Ah_ Ein-mal kommt mein gro-ßer Tag, | dann ü-ber mich weit hin-aus, | Ich kann,_ nein ich will und ich will so viel mehr, | geh'n mei-ne Träu-me nicht aus. Ein-mal kommt mein gro-ßer Tag, | Schick-sal sagt: Sei be-reit! | Dann steig ich zu den Ster-nen em_ por, | und ich be-rühr'_ die E-wig-keit. | rühr'_ die E-wig-keit |  | Je-des Traum-ziel | ist er-reich-bar, | sag' ich will und gib al-les da-für! Sag zu dir: Ein-mal kommt mein gro-ßer Tag, | ich ü-ber mich weit hin-aus. | Ich kann_ nein ich will und ich will so viel mehr | gehn mei-ne Träu-me nicht aus. Ein_ mal kommt mein gro-ßer Tag, wenn das Schick-sal sagt: Sei be-reit |  | steig ich zu den Ster-nen em_ por | und be-rühr_ und be-rühr | die E-wig-keit, Ja | die E-wig-keit_  |</w:t>
      </w:r>
    </w:p>
    <w:p/>
    <w:p/>
    <w:p/>
    <w:p>
      <w:pPr>
        <w:pStyle w:val="Heading3"/>
      </w:pPr>
      <w:r>
        <w:t>Legende:</w:t>
      </w:r>
    </w:p>
    <w:p>
      <w:r>
        <w:t xml:space="preserve">  -  = Silbentrennung (hyphen) / Melisma</w:t>
      </w:r>
    </w:p>
    <w:p>
      <w:r>
        <w:t xml:space="preserve">  _  = Haltelinie (extender)</w:t>
      </w:r>
    </w:p>
    <w:p>
      <w:r>
        <w:t xml:space="preserve">  |  = Pause</w:t>
      </w:r>
    </w:p>
    <w:p>
      <w:r>
        <w:t xml:space="preserve">  ||:  = Wiederholung Anfang</w:t>
      </w:r>
    </w:p>
    <w:p>
      <w:r>
        <w:t xml:space="preserve">  :||  = Wiederholung Ende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